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בקריאת מפה ותכנון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בטוחה ולא בטוחה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שלבי תכנון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טיול קצר ברגל שבו מכירים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הסבר לסימנים שעל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הדרך שתכננו לסיור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תחנות מעניינות ומסלול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להישאר קרוב לקבוצה ולמבוגר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למדנו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המקרא מסביר את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לא בטוח, יש להישאר עם הקבוצה והמבוגרים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מהתנהגות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תחנה היא מקום שעוצרים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שעוצרים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לסימני המפה)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(ציור מקום מלמעלה)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בטוח לחצות 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(הדרך שתכננו)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תחנות מעניינות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אותן על המפה ומספרים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מציירים חצים ומקרא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מפה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יוצאים לסיור עם מבוגרים ושומרים על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משתפים מה גילינו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מתכננים 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יציין שלוש תחנות הגיוניות עם נימוק קצר לכל אחת, וכלל בטיחות רלוונטי כמו הליכה עם מבוגר או חציה במעבר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מפה היא ציור המקום, מקרא מסביר את 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חציה במעבר חציה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מסלול הוא הדרך שתכננו לסיור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אמיתית של האזור ולתרגל זיהוי סימנים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לשחק את משחק המיון בטוח/לא בטוח בעל פה לפני הדף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במשימות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איך מתכננים סיור. למדנו לקרוא מפה. למדנו איך להיות בטוחים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טיול קצר ברגל שבו מכירים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שעוצרים בו בסיור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לסימנים שעל המפה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של מקום מלמעלה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בטוח לחצות בו 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שתכננו לסיור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שמראה לאן הולכים במפה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הכללים כדי לא להיפגע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 ארוך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קצר ברגל שבו מכירים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המקרא עוזר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של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הסבר לסימנים שעל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תחנות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חוצים 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 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הדרך שתכננו לסיור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מציירים על המפה?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שמות של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תחנות מעניינות ומסלול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מחירי כרטיסים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בסיור בטוח מותר לרוץ לבד קדימה רחוק מהקבוצה.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חציה הוא מקום בטוח לחצות בו 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מקרא עוזר להבין מה כל סימן במפה מייצג.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ללכת בסיור עם מישהו שלא מכירים.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ללבוש כובע ולשתות מים בסיור ביום 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היא מקום שרק רואים אותו מרחוק ולא עוצרים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טיול קצר ברגל שבו מכירים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מסביר לנו מה כל סימן במפה.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ציור של מקום מלמעלה.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במקום בטוח לחצות כביש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הדרך שתכננו לסיור נקראת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מקום שעוצרים בו בזמן הסיור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שתכננו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ציור מקום מלמעלה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שעוצרים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לסימני המפה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בטוח לחצות 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לסיור עם מבוגרים ושומרים על הכללים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מה גילינו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מפה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חצים ומקרא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תחנות מעניינות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אותן על המפה ומספרים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מתכננים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מסלול סיור קצר באזור שלכם. כתבו שלוש תחנות שהייתם בוחרים ולמה, וכתבו כלל בטיחות אחד שחשוב לשמור עליו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מפה למקרא?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להתנהגות בטוחה בסיור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