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בקריאת מפה ותכנון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התנהגות בטוחה ולא בטוחה בסיור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נכון של שלבי תכנון 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טיול קצר ברגל שבו מכירים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הסבר לסימנים שעל המפה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להישאר קרוב לקבוצה ולמבוגר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למדנו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המקרא מסביר את הסימנים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מעבר 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שעוצרים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(הסבר לסימני המפה)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(ציור מקום מלמעלה)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בטוח לחצות כביש)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תכנון 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תחנות מעניינות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מסמנים אותן על המפה ומספרים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מציירים חצים ומקרא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מציירים מפה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מתכננים 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יציין שלוש תחנות הגיוניות עם נימוק קצר לכל אחת, וכלל בטיחות רלוונטי כמו הליכה עם מבוגר או חציה במעבר 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מפה היא ציור המקום, מקרא מסביר את הסימנים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חציה במעבר חציה עם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מסלול הוא הדרך שתכננו לסיור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מפה אמיתית של האזור ולתרגל זיהוי סימנים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לשחק את משחק המיון בטוח/לא בטוח בעל פה לפני הדף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במשימות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למדנו איך מתכננים סיור ביישוב, איך קוראים מפה עם מקרא וחצים, ואיך שומרים על בטיחות בדרך.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מעבר חציה  ·  סיור  ·  מקרא  ·  מפה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סיור?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טיול ארוך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טיול קצר ברגל שבו מכירים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מקרא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ציור של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הסבר לסימנים שעל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היישוב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בסיור בטוח מותר לרוץ לבד קדימה רחוק מהקבוצה.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מעבר חציה הוא מקום בטוח לחצות בו 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מקרא עוזר להבין מה כל סימן במפה מייצג.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טיול קצר ברגל שבו מכירים 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מסביר לנו מה כל סימן במפה.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הוא ציור של מקום מלמעלה.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במקום בטוח לחצות כביש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ציור מקום מלמעלה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בטוח לחצות 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שעוצרים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הסבר לסימני המפה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תכנון הסיור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מציירים חצים ומקרא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מציירים מפה אישית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מסמנים אותן על המפה ומספרים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תחנות מעניינות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כתיבה: מתכננים 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תכננו מסלול סיור קצר באזור שלכם. כתבו שלוש תחנות שהייתם בוחרים ולמה, וכתבו כלל בטיחות אחד שחשוב לשמור עליו בדרך.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מפה למקרא?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להתנהגות בטוחה בסיור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לסיור – מסלול ביישוב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